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b/>
          <w:color w:val="275342"/>
          <w:sz w:val="36"/>
        </w:rPr>
        <w:t>Kirgistan 2026 - grupirani popis opreme za planinarsko putovanje</w:t>
      </w:r>
    </w:p>
    <w:p>
      <w:r>
        <w:t>Popis je za 15 dana, dva treking bloka, visine do 4540 m, jurtne kampove, guest houseove, Ratsek Hut i bez samostalnog kampiranja. Količine su po osobi, osim gdje je navedeno "po paru" ili "grupno".</w:t>
      </w:r>
      <w:r>
        <w:t xml:space="preserve"> Dnevne kombinacije odjeće dodane su kao praktična veza između itinerera i ukupnih količina opreme.</w:t>
      </w:r>
      <w:r>
        <w:t xml:space="preserve"> Za obuću je sada odvojeno što služi za visoki trek, što za grad/oporavak, a što za kupaonice ili eventualne prijelaze vode.</w:t>
      </w:r>
    </w:p>
    <w:p>
      <w:pPr>
        <w:pStyle w:val="Heading1"/>
      </w:pPr>
      <w:r>
        <w:t>Dokumenti i novac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56"/>
        <w:gridCol w:w="3456"/>
        <w:gridCol w:w="3456"/>
      </w:tblGrid>
      <w:tr>
        <w:trPr>
          <w:cantSplit/>
          <w:tblHeader w:val="true"/>
        </w:trPr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Količina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Spakirano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Putovnica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Putno osiguranje s planinarenjem/visinom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polica + kopija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Avio karte / itinerer offline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Gotovina EUR za zamjenu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prema budžetu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KGS gotovina za manje troškove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nakon dolaska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Kartice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 različite ako moguće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Kopije dokumenata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papir + mobitel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</w:tbl>
    <w:p>
      <w:pPr>
        <w:pStyle w:val="Heading1"/>
      </w:pPr>
      <w:r>
        <w:t>Obuća</w:t>
      </w:r>
    </w:p>
    <w:p>
      <w:r>
        <w:rPr>
          <w:i/>
        </w:rPr>
        <w:t>Preporučena kombinacija nije četiri para “obične” obuće: jedan glavni vodootporni treking par, jedan lagani suhi par za grad i oporavak, natikače za kupaonicu te opcionalne zatvorene vodene cipele samo ako vodič potvrdi prijelaze potoka. Otvorene japanke nisu sigurne za riječna korita.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56"/>
        <w:gridCol w:w="3456"/>
        <w:gridCol w:w="3456"/>
      </w:tblGrid>
      <w:tr>
        <w:trPr>
          <w:cantSplit/>
          <w:tblHeader w:val="true"/>
        </w:trPr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Količina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Spakirano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Visoke treking cipele s vodootpornom membranom (Gore-Tex ili ekvivalent)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 par, obvezno; uhodane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Lagana niska obuća bez membrane: trail/approach tenisice ili udobne gradske tenisice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 par; za grad, transfere i oporavak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Zatvorene vodene cipele / sportske sandale s čvrstim remenjem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 par, opcionalno za potoke i termalne izvore; ne otvorene japanke za prijelaze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Natikače/japanke za tuš, zajedničke kupaonice i jurtne kampove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 par, lagane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Gamaše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 par; za sipar, blato i mogući snijeg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Rezervne vezice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 par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Rezervni ili prilagođeni ulošci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 par, ako ih inače koristite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</w:tbl>
    <w:p>
      <w:pPr>
        <w:pStyle w:val="Heading1"/>
      </w:pPr>
      <w:r>
        <w:t>Čarape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56"/>
        <w:gridCol w:w="3456"/>
        <w:gridCol w:w="3456"/>
      </w:tblGrid>
      <w:tr>
        <w:trPr>
          <w:cantSplit/>
          <w:tblHeader w:val="true"/>
        </w:trPr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Količina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Spakirano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Tanke/normalne planinarske čarape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5 pari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Tople čarape za hladne noći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 para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Rezervne suhe čarape u dnevnom ruksaku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par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Gradske čarape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 para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</w:tbl>
    <w:p>
      <w:pPr>
        <w:pStyle w:val="Heading1"/>
      </w:pPr>
      <w:r>
        <w:t>Donji slojevi i majice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56"/>
        <w:gridCol w:w="3456"/>
        <w:gridCol w:w="3456"/>
      </w:tblGrid>
      <w:tr>
        <w:trPr>
          <w:cantSplit/>
          <w:tblHeader w:val="true"/>
        </w:trPr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Količina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Spakirano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Brzosušeće planinarske majice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 kom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Duga termo majica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 kom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Donje rublje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7-8 kom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Sportski grudnjak za žensku osobu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2-3 kom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Lagana košulja/majica za sunce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kom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</w:tbl>
    <w:p>
      <w:pPr>
        <w:pStyle w:val="Heading1"/>
      </w:pPr>
      <w:r>
        <w:t>Hlače i slojevi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56"/>
        <w:gridCol w:w="3456"/>
        <w:gridCol w:w="3456"/>
      </w:tblGrid>
      <w:tr>
        <w:trPr>
          <w:cantSplit/>
          <w:tblHeader w:val="true"/>
        </w:trPr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Količina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Spakirano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Treking hlače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 para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Termo podhlače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par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Kratke hlače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par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Gradske hlače/haljina po izboru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kom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Flis srednji sloj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1-2 kom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Softshell ili windstopper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kom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Pernata/sintetička topla jakna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kom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Kišna jakna/hardshell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kom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Kišne hlače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kom, preporučeno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</w:tbl>
    <w:p>
      <w:pPr>
        <w:pStyle w:val="Heading1"/>
      </w:pPr>
      <w:r>
        <w:t>Glava i ruke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56"/>
        <w:gridCol w:w="3456"/>
        <w:gridCol w:w="3456"/>
      </w:tblGrid>
      <w:tr>
        <w:trPr>
          <w:cantSplit/>
          <w:tblHeader w:val="true"/>
        </w:trPr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Količina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Spakirano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Kapa za sunce / šešir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Topla kapa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Buff/marama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Tanke rukavice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par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Toplije rukavice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par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Sunčane naočale UV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</w:tbl>
    <w:p>
      <w:pPr>
        <w:pStyle w:val="Heading1"/>
      </w:pPr>
      <w:r>
        <w:t>Planinarska oprema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56"/>
        <w:gridCol w:w="3456"/>
        <w:gridCol w:w="3456"/>
      </w:tblGrid>
      <w:tr>
        <w:trPr>
          <w:cantSplit/>
          <w:tblHeader w:val="true"/>
        </w:trPr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Količina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Spakirano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Dnevni ruksak 25-35 L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Navlaka za kišu za ruksak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Treking štapovi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par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Vreća za spavanje za niske temperature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1, ako nije potpuno osigurana ili zbog higijene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Liner za vreću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Čelna lampa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+ rezervne baterije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Boca/mijeh za vodu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1.5-2 L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Filter za vodu ili tablete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sustav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Powerbank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1-2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Suhe vreće / zip vrećice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više kom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Mali ručnik brzosušeći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</w:tbl>
    <w:p>
      <w:pPr>
        <w:pStyle w:val="Heading1"/>
      </w:pPr>
      <w:r>
        <w:t>Higijena - oboje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56"/>
        <w:gridCol w:w="3456"/>
        <w:gridCol w:w="3456"/>
      </w:tblGrid>
      <w:tr>
        <w:trPr>
          <w:cantSplit/>
          <w:tblHeader w:val="true"/>
        </w:trPr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Količina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Spakirano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Četkica i pasta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Mali sapun/gel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Šampon u maloj bočici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Dezodorans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Krema za sunce SPF 50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Balzam za usne SPF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Vlažne maramice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1-2 pakiranja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Vlažni WC papir / biorazgradivi papir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1-2 pakiranja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Obični WC papir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rola u zip vrećici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Gel za dezinfekciju ruku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1-2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Papirnate maramice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više pakiranja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Vrećice za smeće/prljavo rublje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više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Čepići za uši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par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Češalj ili četka za kosu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Gumice/špangice za kosu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nekoliko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Grickalica i mala turpija za nokte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 set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Pinceta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Mala putna krema za lice/ruke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Suhi šampon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malo pakiranje, opcionalno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Mala putna ogledalica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1, opcionalno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Maska za spavanje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1, korisno za let i zajednički smještaj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Kontaktne leće, tekućina i rezervne naočale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prema potrebi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Maramice za čišćenje naočala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nekoliko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</w:tbl>
    <w:p>
      <w:pPr>
        <w:pStyle w:val="Heading1"/>
      </w:pPr>
      <w:r>
        <w:t>Higijena - muška osoba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56"/>
        <w:gridCol w:w="3456"/>
        <w:gridCol w:w="3456"/>
      </w:tblGrid>
      <w:tr>
        <w:trPr>
          <w:cantSplit/>
          <w:tblHeader w:val="true"/>
        </w:trPr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Količina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Spakirano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Brijač ili aparat za brijanje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Rezervne britvice / glave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za 15 dana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Gel ili pjena za brijanje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malo pakiranje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Aftershave ili umirujuća krema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malo pakiranje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Trimer za bradu + punjač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po potrebi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Češalj/četka za bradu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po potrebi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</w:tbl>
    <w:p>
      <w:pPr>
        <w:pStyle w:val="Heading1"/>
      </w:pPr>
      <w:r>
        <w:t>Higijena - ženska osoba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56"/>
        <w:gridCol w:w="3456"/>
        <w:gridCol w:w="3456"/>
      </w:tblGrid>
      <w:tr>
        <w:trPr>
          <w:cantSplit/>
          <w:tblHeader w:val="true"/>
        </w:trPr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Količina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Spakirano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Menstrualni proizvodi koje osoba inače koristi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dovoljno za cijeli put + 30–50 % rezerve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Mala neprozirna vrećica / zip vrećice za odlaganje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više komada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Intimne maramice bez mirisa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malo pakiranje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Rezervno donje rublje u dnevnom ruksaku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 kom na treking dane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Lijekovi za menstrualne tegobe koje osoba već koristi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prema potrebi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Kontracepcija / osobni ginekološki lijekovi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za cijeli put + rezerva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Gumice, špangice i kapa/buff za kosu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nekoliko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Suhi šampon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malo pakiranje, opcionalno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Sušilo za kosu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ne preporučuje se nositi; ne računati da ga planinski smještaji imaju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</w:tbl>
    <w:p>
      <w:pPr>
        <w:pStyle w:val="Heading1"/>
      </w:pPr>
      <w:r>
        <w:t>Prva pomoć i zdravlje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56"/>
        <w:gridCol w:w="3456"/>
        <w:gridCol w:w="3456"/>
      </w:tblGrid>
      <w:tr>
        <w:trPr>
          <w:cantSplit/>
          <w:tblHeader w:val="true"/>
        </w:trPr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Količina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Spakirano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Osobni lijekovi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cijeli put + rezerva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Lijek protiv bolova/temperature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Oralna rehidracijska sol/elektroliti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više vrećica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Lijek za proljev prema savjetu liječnika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Probiotik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 želji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Flasteri za žuljeve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dovoljno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Elastični zavoj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Antiseptik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mali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Tablete za grlo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malo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Repelent protiv insekata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Osobna mini prva pomoć za dnevni ruksak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Sportska traka / leukotape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 rola za prevenciju žuljeva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Sterilne igle i komprese za žuljeve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mali set; koristiti higijenski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Krema ili puder protiv trenja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 malo pakiranje, opcionalno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Antihistaminik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 pakiranje prema savjetu liječnika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  <w:t>Termometar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1 mali digitalni, po paru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☐</w:t>
            </w:r>
          </w:p>
        </w:tc>
      </w:tr>
    </w:tbl>
    <w:p>
      <w:pPr>
        <w:pStyle w:val="Heading1"/>
      </w:pPr>
      <w:r>
        <w:t>Pribor i sitnice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56"/>
        <w:gridCol w:w="3456"/>
        <w:gridCol w:w="3456"/>
      </w:tblGrid>
      <w:tr>
        <w:trPr>
          <w:cantSplit/>
          <w:tblHeader w:val="true"/>
        </w:trPr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Količina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Spakirano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Šalica/lagana čaša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Mali nož ili multitool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u predanoj prtljazi, ne u ručnoj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Žlica/spork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Upaljač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 u skladu s avio pravilima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Mali set za šivanje/popravak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Karabineri/vezice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nekoliko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Deterdžent za ručno pranje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malo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Putna štipaljka/konop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 želji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☐</w:t>
            </w:r>
          </w:p>
        </w:tc>
      </w:tr>
    </w:tbl>
    <w:p>
      <w:pPr>
        <w:pStyle w:val="Heading1"/>
      </w:pPr>
      <w:r>
        <w:t>Minimalni dnevni ruksak za trek</w:t>
      </w:r>
    </w:p>
    <w:p>
      <w:r>
        <w:t>Voda 1.5-2 L, lunch box/snack, hardshell, flis ili topla jakna, kapa/buff/rukavice, sunčane naočale, krema za sunce, prva pomoć, čelna lampa, dokument/kopija, powerbank, vlažni WC papir, vrećica za smeće.</w:t>
      </w:r>
    </w:p>
    <w:p>
      <w:pPr>
        <w:pStyle w:val="Heading1"/>
      </w:pPr>
      <w:r>
        <w:t>Što obući svaki dan</w:t>
      </w:r>
    </w:p>
    <w:p>
      <w:r>
        <w:t>Dnevne kombinacije izvedene su iz itinerera, nadmorske visine, očekivanog trajanja hodanja i planerskih temperaturnih raspona. Konačnu kombinaciju prilagoditi jutarnjoj prognozi i uputi vodiča. Na planinskim danima uvijek nositi vodootpornu jaknu i topli rezervni sloj, čak i kada je polazak po suncu.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56"/>
        <w:gridCol w:w="3456"/>
        <w:gridCol w:w="3456"/>
      </w:tblGrid>
      <w:tr>
        <w:trPr>
          <w:tblHeader w:val="true"/>
          <w:cantSplit/>
          <w:tblHeader w:val="true"/>
        </w:trPr>
        <w:tc>
          <w:tcPr>
            <w:tcW w:type="dxa" w:w="232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Datum i ruta</w:t>
            </w:r>
          </w:p>
        </w:tc>
        <w:tc>
          <w:tcPr>
            <w:tcW w:type="dxa" w:w="3515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Obući na polasku</w:t>
            </w:r>
          </w:p>
        </w:tc>
        <w:tc>
          <w:tcPr>
            <w:tcW w:type="dxa" w:w="3969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Ponijeti / prilagoditi tijekom dana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01.08. Zagreb – Istanbul – let za Biškek</w:t>
            </w:r>
          </w:p>
        </w:tc>
        <w:tc>
          <w:tcPr>
            <w:tcW w:type="dxa" w:w="351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Udobne duge ili lagane putne hlače, majica kratkih rukava, lagani flis/dukserica, udobne tenisice.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Kompresijske čarape po potrebi; lagana jakna u ručnoj prtljazi zbog klimatizacije.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02.08. Biškek – gradski obilazak i odmor</w:t>
            </w:r>
          </w:p>
        </w:tc>
        <w:tc>
          <w:tcPr>
            <w:tcW w:type="dxa" w:w="351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Lagana majica, tanke duge hlače ili kratke hlače, prozračne tenisice, kapa za sunce.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Tanka vjetrovka/kišna jakna; sunčane naočale i SPF. Presvući se prije odmora ako je odjeća znojna.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03.08. Biškek – Burana – Kochkor – Song-Köl (3016 m)</w:t>
            </w:r>
          </w:p>
        </w:tc>
        <w:tc>
          <w:tcPr>
            <w:tcW w:type="dxa" w:w="351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Treking hlače, brzosušeća majica, lagani flis, treking cipele ili čvrste trail cipele.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Topla jakna, buff, tanka kapa i rukavice za večer; hardshell pri ruci. Temperatura naglo pada nakon dolaska.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04.08. Song-Köl – slobodan dan / opcionalni trek</w:t>
            </w:r>
          </w:p>
        </w:tc>
        <w:tc>
          <w:tcPr>
            <w:tcW w:type="dxa" w:w="351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Treking hlače, tehnička majica, treking cipele, kapa za sunce.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Flis, topla jakna, buff, rukavice i kišna jakna u ruksaku. Za odmor uz jezero dodati toplije čarape.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05.08. Song-Köl – Ak-Sai – Bokonbaevo / Issyk-Kul</w:t>
            </w:r>
          </w:p>
        </w:tc>
        <w:tc>
          <w:tcPr>
            <w:tcW w:type="dxa" w:w="351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Slojevito: tehnička majica + lagani flis, treking hlače, treking cipele.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Kako se spušta prema Issyk-Kulu skinuti flis; za kanjon kapa, SPF i dovoljno vode. Sandale samo u smještaju.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06.08. Skazka – Barskoon slapovi – Jeti-Oguz – Karakol</w:t>
            </w:r>
          </w:p>
        </w:tc>
        <w:tc>
          <w:tcPr>
            <w:tcW w:type="dxa" w:w="351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Brzosušeća majica, treking hlače, uhodane treking cipele, kapa.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Hardshell zbog prskanja i pljuska; lagani flis za hladnije doline. Ne nositi glatke gradske tenisice na slapove.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07.08. Karakol Gorge – Sirota/Yurt Camp</w:t>
            </w:r>
          </w:p>
        </w:tc>
        <w:tc>
          <w:tcPr>
            <w:tcW w:type="dxa" w:w="351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Merino/sintetička majica, treking hlače, visoke treking cipele, srednje debele planinarske čarape.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Flis, topla izolacijska jakna, hardshell, buff, kapa i rukavice. Rezervna suha majica i čarape za kamp.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08.08. Ala-Köl – Keldike – Altyn Arashan</w:t>
            </w:r>
          </w:p>
        </w:tc>
        <w:tc>
          <w:tcPr>
            <w:tcW w:type="dxa" w:w="351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Topliji bazni sloj, treking hlače, visoke treking cipele, kapa/buff i tanke rukavice od starta.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Hardshell i izolacijska jakna lako dostupni; sunčane naočale kategorije 3/4. Na strmom spustu koristiti štapove.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09.08. Altyn Arashan – Ak-Suu – Karakol</w:t>
            </w:r>
          </w:p>
        </w:tc>
        <w:tc>
          <w:tcPr>
            <w:tcW w:type="dxa" w:w="351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Tehnička majica, treking hlače, treking cipele; ujutro lagani flis.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Kišna jakna i rezervne čarape. Za termalne izvore/kraj treka: kupaći kostim, sandale i lagani ručnik.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10.08. Karakol – klanci – Cholpon-Ata – Biškek</w:t>
            </w:r>
          </w:p>
        </w:tc>
        <w:tc>
          <w:tcPr>
            <w:tcW w:type="dxa" w:w="351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Lagana putna odjeća, tanke duge hlače, prozračne tenisice ili trail cipele.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Lagani flis i kišna jakna za klance; udobna rezervna obuća za dugu vožnju.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11.08. Ala-Archa – Ak-Sai slap – Ratsek Hut (oko 3360 m)</w:t>
            </w:r>
          </w:p>
        </w:tc>
        <w:tc>
          <w:tcPr>
            <w:tcW w:type="dxa" w:w="351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Tehnička majica, treking hlače, visoke treking cipele, kapa za sunce.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Flis, izolacijska jakna, hardshell, buff, topla kapa i rukavice. Suhi sloj za sklonište odvojiti u vodonepropusnu vreću.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12.08. Uspon na Učitelj (4540 m) – povratak u Ratsek</w:t>
            </w:r>
          </w:p>
        </w:tc>
        <w:tc>
          <w:tcPr>
            <w:tcW w:type="dxa" w:w="351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Topli bazni sloj dugih rukava, treking hlače + termo donji sloj prema prognozi, visoke cipele, tople čarape, buff, kapa i rukavice.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Hardshell, izolacijska jakna i rezervne rukavice. Sunčane naočale kategorije 4 ako ima snijega. Bez pamučne odjeće.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13.08. Ratsek – Ala-Archa – Biškek</w:t>
            </w:r>
          </w:p>
        </w:tc>
        <w:tc>
          <w:tcPr>
            <w:tcW w:type="dxa" w:w="351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Slojevito kao planinski dan: tehnička majica, treking hlače i treking cipele; flis za jutro.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Hardshell i rezervne suhe čarape. U Biškeku se presvući u suhu gradsku odjeću čim je moguće.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14.08. Biškek – slobodan dan</w:t>
            </w:r>
          </w:p>
        </w:tc>
        <w:tc>
          <w:tcPr>
            <w:tcW w:type="dxa" w:w="351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Lagana gradska odjeća, majica, tanke hlače/kratke hlače i udobne tenisice.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Kapa, SPF i lagana košulja/majica dugih rukava za sunce ili večernji izlazak.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b/>
                <w:sz w:val="18"/>
              </w:rPr>
              <w:t>15.08. Biškek – Istanbul – Zagreb</w:t>
            </w:r>
          </w:p>
        </w:tc>
        <w:tc>
          <w:tcPr>
            <w:tcW w:type="dxa" w:w="351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Udobne putne hlače, majica, lagani flis/dukserica i tenisice.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after="0" w:before="0" w:line="240" w:lineRule="auto"/>
            </w:pPr>
            <w:r>
              <w:rPr>
                <w:rFonts w:ascii="Aptos" w:hAnsi="Aptos" w:eastAsia="Aptos"/>
                <w:sz w:val="18"/>
              </w:rPr>
              <w:t>Lagana jakna u ručnoj prtljazi; kompresijske čarape po potrebi. Planinarske cipele obuti ako štede prostor u prtljazi.</w:t>
            </w:r>
          </w:p>
        </w:tc>
      </w:tr>
    </w:tbl>
    <w:p>
      <w:pPr>
        <w:pStyle w:val="Heading1"/>
      </w:pPr>
      <w:r>
        <w:t>Zdravstveni dokumenti i medicinska kartica</w:t>
      </w:r>
    </w:p>
    <w:p>
      <w:r>
        <w:t>Spakirati uz osobnu putnu ljekarnu:</w:t>
      </w:r>
    </w:p>
    <w:p>
      <w:pPr>
        <w:pStyle w:val="ListBullet"/>
      </w:pPr>
      <w:r>
        <w:t>Popis redovne terapije: naziv aktivne tvari, doza i raspored uzimanja.</w:t>
      </w:r>
    </w:p>
    <w:p>
      <w:pPr>
        <w:pStyle w:val="ListBullet"/>
      </w:pPr>
      <w:r>
        <w:t>Popis alergija na lijekove i hranu na hrvatskom i engleskom; korisno i na ruskom.</w:t>
      </w:r>
    </w:p>
    <w:p>
      <w:pPr>
        <w:pStyle w:val="ListBullet"/>
      </w:pPr>
      <w:r>
        <w:t>Kopija police osiguranja, broj asistencije i kontakt organizatora/vodiča.</w:t>
      </w:r>
    </w:p>
    <w:p>
      <w:pPr>
        <w:pStyle w:val="ListBullet"/>
      </w:pPr>
      <w:r>
        <w:t>Mala kartica s krvnom grupom ako je pouzdano poznata, kroničnim bolestima i kontaktom osobe za hitne slučajeve.</w:t>
      </w:r>
    </w:p>
    <w:p>
      <w:pPr>
        <w:pStyle w:val="ListBullet"/>
      </w:pPr>
      <w:r>
        <w:t>Lijekovi u originalnim pakiranjima; količina za cijelo putovanje plus nekoliko dana rezerve.</w:t>
      </w:r>
    </w:p>
    <w:p>
      <w:pPr>
        <w:pStyle w:val="ListBullet"/>
      </w:pPr>
      <w:r>
        <w:t>Papirnata kartica: 112 opći hitni broj, 103 hitna pomoć, 102 policija, 101 vatrogasci.</w:t>
      </w:r>
    </w:p>
    <w:p>
      <w:pPr>
        <w:pStyle w:val="Heading2"/>
      </w:pPr>
      <w:r>
        <w:t>Medicinski nazivi za pokazati u ljekarni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3456"/>
        <w:gridCol w:w="3456"/>
        <w:gridCol w:w="3456"/>
      </w:tblGrid>
      <w:tr>
        <w:trPr>
          <w:tblHeader w:val="true"/>
          <w:cantSplit/>
        </w:trPr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Namjena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Naziv</w:t>
            </w:r>
          </w:p>
        </w:tc>
        <w:tc>
          <w:tcPr>
            <w:tcW w:type="dxa" w:w="3456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Temperatura/bol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Парацетамол – paracetamol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Provjeriti da drugi pripravci ne sadrže istu aktivnu tvar.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Upala/bol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Ибупрофен – ibuprofen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uzimati kod dehidracije ili kontraindikacija bez savjeta liječnika.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Rehidracija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соли для регидратации / ORS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Prioritet kod proljeva i povraćanja.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Alergija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Цетиризин – cetirizin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Može izazvati pospanost.</w:t>
            </w:r>
          </w:p>
        </w:tc>
      </w:tr>
      <w:tr>
        <w:trPr>
          <w:cantSplit/>
        </w:trPr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Proljev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Лоперамид – loperamid</w:t>
            </w:r>
          </w:p>
        </w:tc>
        <w:tc>
          <w:tcPr>
            <w:tcW w:type="dxa" w:w="345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samostalno kod krvi u stolici ili temperature.</w:t>
            </w:r>
          </w:p>
        </w:tc>
      </w:tr>
    </w:tbl>
    <w:p>
      <w:r>
        <w:t>Krvna pretraga: кан анализи / анализ крови. Kompletna krvna slika: жалпы кан анализи / общий анализ крови (ОАК). CRP: С-реактивдүү белок / С-реактивный белок (СРБ).</w:t>
      </w:r>
    </w:p>
    <w:p>
      <w:r>
        <w:t>Ovaj odjeljak je komunikacijska pomoć. Preglede i terapiju određuje liječnik.</w:t>
      </w:r>
    </w:p>
    <w:sectPr w:rsidR="00FC693F" w:rsidRPr="0006063C" w:rsidSect="00034616">
      <w:pgSz w:w="12240" w:h="15840"/>
      <w:pgMar w:top="864" w:right="936" w:bottom="864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Kirgistan 2026 - grupirani popis opreme za planinarsko putovanje</dc:title>
  <dc:subject>Kirgistan 2026 – konačni popis opreme</dc:subject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